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keepNext/>
        <w:spacing w:after="160"/>
        <w:jc w:val="left"/>
      </w:pPr>
      <w:r>
        <w:rPr>
          <w:vanish w:val="0"/>
        </w:rPr>
        <w:drawing>
          <wp:inline xmlns:a="http://schemas.openxmlformats.org/drawingml/2006/main" xmlns:pic="http://schemas.openxmlformats.org/drawingml/2006/picture">
            <wp:extent cx="2148840" cy="700027"/>
            <wp:docPr id="1" name="Picture 1"/>
            <wp:cNvGraphicFramePr>
              <a:graphicFrameLocks noChangeAspect="1"/>
            </wp:cNvGraphicFramePr>
            <a:graphic>
              <a:graphicData uri="http://schemas.openxmlformats.org/drawingml/2006/picture">
                <pic:pic>
                  <pic:nvPicPr>
                    <pic:cNvPr id="0" name="BCMD Logo Stacked.png"/>
                    <pic:cNvPicPr/>
                  </pic:nvPicPr>
                  <pic:blipFill>
                    <a:blip r:embed="rId17"/>
                    <a:stretch>
                      <a:fillRect/>
                    </a:stretch>
                  </pic:blipFill>
                  <pic:spPr>
                    <a:xfrm>
                      <a:off x="0" y="0"/>
                      <a:ext cx="2148840" cy="700027"/>
                    </a:xfrm>
                    <a:prstGeom prst="rect"/>
                  </pic:spPr>
                </pic:pic>
              </a:graphicData>
            </a:graphic>
          </wp:inline>
        </w:drawing>
      </w:r>
    </w:p>
    <w:p>
      <w:pPr>
        <w:keepNext/>
        <w:spacing w:after="160"/>
      </w:pPr>
      <w:r>
        <w:rPr>
          <w:rFonts w:ascii="Calibri" w:hAnsi="Calibri"/>
          <w:vanish w:val="0"/>
          <w:sz w:val="20"/>
        </w:rPr>
        <w:t>Living Legacy | BCM/D Senior Adult Ministry</w:t>
      </w:r>
    </w:p>
    <w:p>
      <w:pPr>
        <w:pStyle w:val="Title"/>
        <w:keepLines w:val="0"/>
        <w:pageBreakBefore w:val="0"/>
        <w:jc w:val="left"/>
      </w:pPr>
      <w:r>
        <w:rPr>
          <w:rFonts w:ascii="Calibri" w:hAnsi="Calibri" w:eastAsia="Calibri" w:cs="Calibri"/>
          <w:b/>
          <w:vanish w:val="0"/>
          <w:color w:val="000000"/>
          <w:sz w:val="46"/>
        </w:rPr>
        <w:t>“Tell Me Your Story” Interviews</w:t>
      </w:r>
    </w:p>
    <w:p>
      <w:pPr>
        <w:keepLines w:val="0"/>
        <w:pageBreakBefore w:val="0"/>
        <w:jc w:val="left"/>
      </w:pPr>
      <w:r>
        <w:rPr>
          <w:rFonts w:ascii="Calibri" w:hAnsi="Calibri" w:eastAsia="Calibri" w:cs="Calibri"/>
          <w:vanish w:val="0"/>
          <w:color w:val="000000"/>
        </w:rPr>
        <w:t>Interviews are a great way to allow seniors to tell their stories in a casual, fun setting. This activity is designed for a young adult to interview an older adult (but you can adapt it accordingly!). It would be great for a senior luncheon or another church event.</w:t>
      </w:r>
    </w:p>
    <w:p>
      <w:pPr>
        <w:keepLines w:val="0"/>
        <w:pageBreakBefore w:val="0"/>
        <w:jc w:val="left"/>
      </w:pPr>
      <w:r>
        <w:rPr>
          <w:rFonts w:ascii="Calibri" w:hAnsi="Calibri" w:eastAsia="Calibri" w:cs="Calibri"/>
          <w:vanish w:val="0"/>
          <w:color w:val="000000"/>
        </w:rPr>
        <w:t>If both participants are willing, video-record the interview. The recording could become a powerful clip for the church’s social media if both participants give written permission for it to be shared publicly.</w:t>
      </w:r>
    </w:p>
    <w:p>
      <w:pPr>
        <w:keepLines w:val="0"/>
        <w:pageBreakBefore w:val="0"/>
        <w:jc w:val="left"/>
      </w:pPr>
      <w:r>
        <w:rPr>
          <w:rFonts w:ascii="Calibri" w:hAnsi="Calibri" w:eastAsia="Calibri" w:cs="Calibri"/>
          <w:vanish w:val="0"/>
          <w:color w:val="000000"/>
        </w:rPr>
        <w:t>The recording could also simply become a treasured memory for the participants and their families.</w:t>
      </w:r>
    </w:p>
    <w:p>
      <w:pPr>
        <w:keepLines w:val="0"/>
        <w:pageBreakBefore w:val="0"/>
        <w:jc w:val="left"/>
      </w:pPr>
      <w:r>
        <w:rPr>
          <w:rFonts w:ascii="Calibri" w:hAnsi="Calibri" w:eastAsia="Calibri" w:cs="Calibri"/>
          <w:vanish w:val="0"/>
          <w:color w:val="000000"/>
        </w:rPr>
        <w:t>Have fun with this! You could present the interview like a show, complete with music and an interviewer serving as the host.</w:t>
      </w:r>
    </w:p>
    <w:p>
      <w:pPr>
        <w:keepLines w:val="0"/>
        <w:pageBreakBefore w:val="0"/>
        <w:jc w:val="left"/>
      </w:pPr>
      <w:r>
        <w:rPr>
          <w:rFonts w:ascii="Calibri" w:hAnsi="Calibri" w:eastAsia="Calibri" w:cs="Calibri"/>
          <w:vanish w:val="0"/>
          <w:color w:val="000000"/>
        </w:rPr>
        <w:t>The interviewer should begin by introducing themselves and welcoming their guest. For example:</w:t>
      </w:r>
    </w:p>
    <w:p>
      <w:pPr>
        <w:keepLines w:val="0"/>
        <w:pageBreakBefore w:val="0"/>
        <w:jc w:val="left"/>
      </w:pPr>
      <w:r>
        <w:rPr>
          <w:rFonts w:ascii="Calibri" w:hAnsi="Calibri" w:eastAsia="Calibri" w:cs="Calibri"/>
          <w:vanish w:val="0"/>
          <w:color w:val="000000"/>
        </w:rPr>
        <w:t>“Welcome, everyone! My name is __________, and we’re glad you joined us!</w:t>
      </w:r>
    </w:p>
    <w:p>
      <w:pPr>
        <w:keepLines w:val="0"/>
        <w:pageBreakBefore w:val="0"/>
        <w:jc w:val="left"/>
      </w:pPr>
      <w:r>
        <w:rPr>
          <w:rFonts w:ascii="Calibri" w:hAnsi="Calibri" w:eastAsia="Calibri" w:cs="Calibri"/>
          <w:vanish w:val="0"/>
          <w:color w:val="000000"/>
        </w:rPr>
        <w:t>“Let’s welcome our guest, __________!</w:t>
      </w:r>
    </w:p>
    <w:p>
      <w:pPr>
        <w:keepLines w:val="0"/>
        <w:pageBreakBefore w:val="0"/>
        <w:jc w:val="left"/>
      </w:pPr>
      <w:r>
        <w:rPr>
          <w:rFonts w:ascii="Calibri" w:hAnsi="Calibri" w:eastAsia="Calibri" w:cs="Calibri"/>
          <w:vanish w:val="0"/>
          <w:color w:val="000000"/>
        </w:rPr>
        <w:t>“Today, we’re going to invite you to choose four questions—one from each of these categories: Getting Acquainted, Faith and Church, Wisdom and Life Lessons, and Serving and Leaving a Legacy. Then we’ll ask one final question at the end.” (Modify this however you wish)</w:t>
      </w:r>
    </w:p>
    <w:p>
      <w:pPr>
        <w:keepLines w:val="0"/>
        <w:pageBreakBefore w:val="0"/>
        <w:jc w:val="left"/>
      </w:pPr>
      <w:r>
        <w:rPr>
          <w:rFonts w:ascii="Calibri" w:hAnsi="Calibri" w:eastAsia="Calibri" w:cs="Calibri"/>
          <w:vanish w:val="0"/>
          <w:color w:val="000000"/>
        </w:rPr>
        <w:t>The interviewer may add some fun opening chatter—but not too much!</w:t>
      </w:r>
    </w:p>
    <w:p>
      <w:pPr>
        <w:keepLines w:val="0"/>
        <w:pageBreakBefore w:val="0"/>
        <w:jc w:val="left"/>
      </w:pPr>
      <w:r>
        <w:rPr>
          <w:rFonts w:ascii="Calibri" w:hAnsi="Calibri" w:eastAsia="Calibri" w:cs="Calibri"/>
          <w:vanish w:val="0"/>
          <w:color w:val="000000"/>
        </w:rPr>
        <w:t>Place the questions from each category in separate bags or boxes. Have the interviewee draw one question from each category. Interviewees may choose another question if they are uncomfortable with the one they selected. Obviously, change the questions to whatever you think your seniors would enjoy.</w:t>
      </w:r>
    </w:p>
    <w:p>
      <w:pPr>
        <w:pStyle w:val="Heading2"/>
        <w:keepNext/>
        <w:keepLines w:val="0"/>
        <w:pageBreakBefore w:val="0"/>
        <w:spacing w:before="140" w:after="80"/>
        <w:jc w:val="left"/>
      </w:pPr>
      <w:r>
        <w:rPr>
          <w:rFonts w:ascii="Calibri" w:hAnsi="Calibri" w:eastAsia="Calibri" w:cs="Calibri"/>
          <w:vanish w:val="0"/>
          <w:color w:val="000000"/>
        </w:rPr>
        <w:t>Getting acquainted</w:t>
      </w:r>
    </w:p>
    <w:p>
      <w:pPr>
        <w:pStyle w:val="ListBullet"/>
        <w:keepLines w:val="0"/>
        <w:pageBreakBefore w:val="0"/>
        <w:spacing w:after="60"/>
        <w:jc w:val="left"/>
      </w:pPr>
      <w:r>
        <w:rPr>
          <w:rFonts w:ascii="Calibri" w:hAnsi="Calibri" w:eastAsia="Calibri" w:cs="Calibri"/>
          <w:vanish w:val="0"/>
          <w:color w:val="000000"/>
        </w:rPr>
        <w:t>Where did you grow up and what was it like?</w:t>
      </w:r>
    </w:p>
    <w:p>
      <w:pPr>
        <w:pStyle w:val="ListBullet"/>
        <w:keepLines w:val="0"/>
        <w:pageBreakBefore w:val="0"/>
        <w:spacing w:after="60"/>
        <w:jc w:val="left"/>
      </w:pPr>
      <w:r>
        <w:rPr>
          <w:rFonts w:ascii="Calibri" w:hAnsi="Calibri" w:eastAsia="Calibri" w:cs="Calibri"/>
          <w:vanish w:val="0"/>
          <w:color w:val="000000"/>
        </w:rPr>
        <w:t>What is one of your favorite childhood memories?</w:t>
      </w:r>
    </w:p>
    <w:p>
      <w:pPr>
        <w:pStyle w:val="ListBullet"/>
        <w:keepLines w:val="0"/>
        <w:pageBreakBefore w:val="0"/>
        <w:spacing w:after="60"/>
        <w:jc w:val="left"/>
      </w:pPr>
      <w:r>
        <w:rPr>
          <w:rFonts w:ascii="Calibri" w:hAnsi="Calibri" w:eastAsia="Calibri" w:cs="Calibri"/>
          <w:vanish w:val="0"/>
          <w:color w:val="000000"/>
        </w:rPr>
        <w:t>What did you enjoy doing when you were my age?</w:t>
      </w:r>
    </w:p>
    <w:p>
      <w:pPr>
        <w:pStyle w:val="ListBullet"/>
        <w:keepLines w:val="0"/>
        <w:pageBreakBefore w:val="0"/>
        <w:spacing w:after="60"/>
        <w:jc w:val="left"/>
      </w:pPr>
      <w:r>
        <w:rPr>
          <w:rFonts w:ascii="Calibri" w:hAnsi="Calibri" w:eastAsia="Calibri" w:cs="Calibri"/>
          <w:vanish w:val="0"/>
          <w:color w:val="000000"/>
        </w:rPr>
        <w:t>What was your first job? Did you like it?</w:t>
      </w:r>
    </w:p>
    <w:p>
      <w:pPr>
        <w:pStyle w:val="ListBullet"/>
        <w:keepLines w:val="0"/>
        <w:pageBreakBefore w:val="0"/>
        <w:spacing w:after="60"/>
        <w:jc w:val="left"/>
      </w:pPr>
      <w:r>
        <w:rPr>
          <w:rFonts w:ascii="Calibri" w:hAnsi="Calibri" w:eastAsia="Calibri" w:cs="Calibri"/>
          <w:vanish w:val="0"/>
          <w:color w:val="000000"/>
        </w:rPr>
        <w:t>Who had a significant influence on you when you were young? Why?</w:t>
      </w:r>
    </w:p>
    <w:p>
      <w:pPr>
        <w:pStyle w:val="Heading2"/>
        <w:keepNext/>
        <w:keepLines w:val="0"/>
        <w:pageBreakBefore w:val="0"/>
        <w:spacing w:before="140" w:after="80"/>
        <w:jc w:val="left"/>
      </w:pPr>
      <w:r>
        <w:rPr>
          <w:rFonts w:ascii="Calibri" w:hAnsi="Calibri" w:eastAsia="Calibri" w:cs="Calibri"/>
          <w:vanish w:val="0"/>
          <w:color w:val="000000"/>
        </w:rPr>
        <w:t>Faith and church</w:t>
      </w:r>
    </w:p>
    <w:p>
      <w:pPr>
        <w:pStyle w:val="ListBullet"/>
        <w:keepLines w:val="0"/>
        <w:pageBreakBefore w:val="0"/>
        <w:spacing w:after="60"/>
        <w:jc w:val="left"/>
      </w:pPr>
      <w:r>
        <w:rPr>
          <w:rFonts w:ascii="Calibri" w:hAnsi="Calibri" w:eastAsia="Calibri" w:cs="Calibri"/>
          <w:vanish w:val="0"/>
          <w:color w:val="000000"/>
        </w:rPr>
        <w:t>How did you come to know Jesus?</w:t>
      </w:r>
    </w:p>
    <w:p>
      <w:pPr>
        <w:pStyle w:val="ListBullet"/>
        <w:keepLines w:val="0"/>
        <w:pageBreakBefore w:val="0"/>
        <w:spacing w:after="60"/>
        <w:jc w:val="left"/>
      </w:pPr>
      <w:r>
        <w:rPr>
          <w:rFonts w:ascii="Calibri" w:hAnsi="Calibri" w:eastAsia="Calibri" w:cs="Calibri"/>
          <w:vanish w:val="0"/>
          <w:color w:val="000000"/>
        </w:rPr>
        <w:t>Who helped you grow in your faith?</w:t>
      </w:r>
    </w:p>
    <w:p>
      <w:pPr>
        <w:pStyle w:val="ListBullet"/>
        <w:keepLines w:val="0"/>
        <w:pageBreakBefore w:val="0"/>
        <w:spacing w:after="60"/>
        <w:jc w:val="left"/>
      </w:pPr>
      <w:r>
        <w:rPr>
          <w:rFonts w:ascii="Calibri" w:hAnsi="Calibri" w:eastAsia="Calibri" w:cs="Calibri"/>
          <w:vanish w:val="0"/>
          <w:color w:val="000000"/>
        </w:rPr>
        <w:t>What has God taught you through the years?</w:t>
      </w:r>
    </w:p>
    <w:p>
      <w:pPr>
        <w:pStyle w:val="ListBullet"/>
        <w:keepLines w:val="0"/>
        <w:pageBreakBefore w:val="0"/>
        <w:spacing w:after="60"/>
        <w:jc w:val="left"/>
      </w:pPr>
      <w:r>
        <w:rPr>
          <w:rFonts w:ascii="Calibri" w:hAnsi="Calibri" w:eastAsia="Calibri" w:cs="Calibri"/>
          <w:vanish w:val="0"/>
          <w:color w:val="000000"/>
        </w:rPr>
        <w:t>Was there a difficult season when God sustained you?</w:t>
      </w:r>
    </w:p>
    <w:p>
      <w:pPr>
        <w:pStyle w:val="ListBullet"/>
        <w:keepLines w:val="0"/>
        <w:pageBreakBefore w:val="0"/>
        <w:spacing w:after="60"/>
        <w:jc w:val="left"/>
      </w:pPr>
      <w:r>
        <w:rPr>
          <w:rFonts w:ascii="Calibri" w:hAnsi="Calibri" w:eastAsia="Calibri" w:cs="Calibri"/>
          <w:vanish w:val="0"/>
          <w:color w:val="000000"/>
        </w:rPr>
        <w:t>Is there a Bible verse or passage that has been especially meaningful to you?</w:t>
      </w:r>
    </w:p>
    <w:p>
      <w:pPr>
        <w:pStyle w:val="ListBullet"/>
        <w:keepLines w:val="0"/>
        <w:pageBreakBefore w:val="0"/>
        <w:spacing w:after="60"/>
        <w:jc w:val="left"/>
      </w:pPr>
      <w:r>
        <w:rPr>
          <w:rFonts w:ascii="Calibri" w:hAnsi="Calibri" w:eastAsia="Calibri" w:cs="Calibri"/>
          <w:vanish w:val="0"/>
          <w:color w:val="000000"/>
        </w:rPr>
        <w:t>What is one way you have seen God answer prayer?</w:t>
      </w:r>
    </w:p>
    <w:p>
      <w:pPr>
        <w:pStyle w:val="ListBullet"/>
        <w:keepLines w:val="0"/>
        <w:pageBreakBefore w:val="0"/>
        <w:spacing w:after="60"/>
        <w:jc w:val="left"/>
      </w:pPr>
      <w:r>
        <w:rPr>
          <w:rFonts w:ascii="Calibri" w:hAnsi="Calibri" w:eastAsia="Calibri" w:cs="Calibri"/>
          <w:vanish w:val="0"/>
          <w:color w:val="000000"/>
        </w:rPr>
        <w:t>What helps you remain faithful when life is difficult?</w:t>
      </w:r>
    </w:p>
    <w:p>
      <w:pPr>
        <w:pStyle w:val="Heading2"/>
        <w:keepNext/>
        <w:keepLines w:val="0"/>
        <w:pageBreakBefore/>
        <w:spacing w:before="140" w:after="80"/>
        <w:jc w:val="left"/>
      </w:pPr>
      <w:r>
        <w:rPr>
          <w:rFonts w:ascii="Calibri" w:hAnsi="Calibri" w:eastAsia="Calibri" w:cs="Calibri"/>
          <w:vanish w:val="0"/>
          <w:color w:val="000000"/>
        </w:rPr>
        <w:t>Wisdom and life lessons</w:t>
      </w:r>
    </w:p>
    <w:p>
      <w:pPr>
        <w:pStyle w:val="ListBullet"/>
        <w:keepLines w:val="0"/>
        <w:pageBreakBefore w:val="0"/>
        <w:spacing w:after="60"/>
        <w:jc w:val="left"/>
      </w:pPr>
      <w:r>
        <w:rPr>
          <w:rFonts w:ascii="Calibri" w:hAnsi="Calibri" w:eastAsia="Calibri" w:cs="Calibri"/>
          <w:vanish w:val="0"/>
          <w:color w:val="000000"/>
        </w:rPr>
        <w:t>What do you know now that you wish you had known when you were younger?</w:t>
      </w:r>
    </w:p>
    <w:p>
      <w:pPr>
        <w:pStyle w:val="ListBullet"/>
        <w:keepLines w:val="0"/>
        <w:pageBreakBefore w:val="0"/>
        <w:spacing w:after="60"/>
        <w:jc w:val="left"/>
      </w:pPr>
      <w:r>
        <w:rPr>
          <w:rFonts w:ascii="Calibri" w:hAnsi="Calibri" w:eastAsia="Calibri" w:cs="Calibri"/>
          <w:vanish w:val="0"/>
          <w:color w:val="000000"/>
        </w:rPr>
        <w:t>What have you learned about friendship?</w:t>
      </w:r>
    </w:p>
    <w:p>
      <w:pPr>
        <w:pStyle w:val="ListBullet"/>
        <w:keepLines w:val="0"/>
        <w:pageBreakBefore w:val="0"/>
        <w:spacing w:after="60"/>
        <w:jc w:val="left"/>
      </w:pPr>
      <w:r>
        <w:rPr>
          <w:rFonts w:ascii="Calibri" w:hAnsi="Calibri" w:eastAsia="Calibri" w:cs="Calibri"/>
          <w:vanish w:val="0"/>
          <w:color w:val="000000"/>
        </w:rPr>
        <w:t>What have you learned about marriage and family life?</w:t>
      </w:r>
    </w:p>
    <w:p>
      <w:pPr>
        <w:pStyle w:val="ListBullet"/>
        <w:keepLines w:val="0"/>
        <w:pageBreakBefore w:val="0"/>
        <w:spacing w:after="60"/>
        <w:jc w:val="left"/>
      </w:pPr>
      <w:r>
        <w:rPr>
          <w:rFonts w:ascii="Calibri" w:hAnsi="Calibri" w:eastAsia="Calibri" w:cs="Calibri"/>
          <w:vanish w:val="0"/>
          <w:color w:val="000000"/>
        </w:rPr>
        <w:t>What advice would you give someone entering adulthood?</w:t>
      </w:r>
    </w:p>
    <w:p>
      <w:pPr>
        <w:pStyle w:val="Heading2"/>
        <w:keepNext/>
        <w:keepLines w:val="0"/>
        <w:pageBreakBefore w:val="0"/>
        <w:spacing w:before="140" w:after="80"/>
        <w:jc w:val="left"/>
      </w:pPr>
      <w:r>
        <w:rPr>
          <w:rFonts w:ascii="Calibri" w:hAnsi="Calibri" w:eastAsia="Calibri" w:cs="Calibri"/>
          <w:vanish w:val="0"/>
          <w:color w:val="000000"/>
        </w:rPr>
        <w:t>Serving and leaving a legacy</w:t>
      </w:r>
    </w:p>
    <w:p>
      <w:pPr>
        <w:pStyle w:val="ListBullet"/>
        <w:keepLines w:val="0"/>
        <w:pageBreakBefore w:val="0"/>
        <w:spacing w:after="60"/>
        <w:jc w:val="left"/>
      </w:pPr>
      <w:r>
        <w:rPr>
          <w:rFonts w:ascii="Calibri" w:hAnsi="Calibri" w:eastAsia="Calibri" w:cs="Calibri"/>
          <w:vanish w:val="0"/>
          <w:color w:val="000000"/>
        </w:rPr>
        <w:t>Is there something you still hope to do or learn?</w:t>
      </w:r>
    </w:p>
    <w:p>
      <w:pPr>
        <w:pStyle w:val="ListBullet"/>
        <w:keepLines w:val="0"/>
        <w:pageBreakBefore w:val="0"/>
        <w:spacing w:after="60"/>
        <w:jc w:val="left"/>
      </w:pPr>
      <w:r>
        <w:rPr>
          <w:rFonts w:ascii="Calibri" w:hAnsi="Calibri" w:eastAsia="Calibri" w:cs="Calibri"/>
          <w:vanish w:val="0"/>
          <w:color w:val="000000"/>
        </w:rPr>
        <w:t>What do you hope younger generations will remember or carry forward?</w:t>
      </w:r>
    </w:p>
    <w:p>
      <w:pPr>
        <w:pStyle w:val="ListBullet"/>
        <w:keepLines w:val="0"/>
        <w:pageBreakBefore w:val="0"/>
        <w:spacing w:after="60"/>
        <w:jc w:val="left"/>
      </w:pPr>
      <w:r>
        <w:rPr>
          <w:rFonts w:ascii="Calibri" w:hAnsi="Calibri" w:eastAsia="Calibri" w:cs="Calibri"/>
          <w:vanish w:val="0"/>
          <w:color w:val="000000"/>
        </w:rPr>
        <w:t>How can young adults encourage and support older adults?</w:t>
      </w:r>
    </w:p>
    <w:p>
      <w:pPr>
        <w:pStyle w:val="ListBullet"/>
        <w:keepLines w:val="0"/>
        <w:pageBreakBefore w:val="0"/>
        <w:spacing w:after="60"/>
        <w:jc w:val="left"/>
      </w:pPr>
      <w:r>
        <w:rPr>
          <w:rFonts w:ascii="Calibri" w:hAnsi="Calibri" w:eastAsia="Calibri" w:cs="Calibri"/>
          <w:vanish w:val="0"/>
          <w:color w:val="000000"/>
        </w:rPr>
        <w:t>How can older adults better encourage young adults?</w:t>
      </w:r>
    </w:p>
    <w:p>
      <w:pPr>
        <w:pStyle w:val="ListBullet"/>
        <w:keepLines w:val="0"/>
        <w:pageBreakBefore w:val="0"/>
        <w:spacing w:after="60"/>
        <w:jc w:val="left"/>
      </w:pPr>
      <w:r>
        <w:rPr>
          <w:rFonts w:ascii="Calibri" w:hAnsi="Calibri" w:eastAsia="Calibri" w:cs="Calibri"/>
          <w:vanish w:val="0"/>
          <w:color w:val="000000"/>
        </w:rPr>
        <w:t>What is one way our generations could serve together?</w:t>
      </w:r>
    </w:p>
    <w:p>
      <w:pPr>
        <w:pStyle w:val="Heading2"/>
        <w:keepNext/>
        <w:keepLines w:val="0"/>
        <w:pageBreakBefore w:val="0"/>
        <w:spacing w:before="140" w:after="80"/>
        <w:jc w:val="left"/>
      </w:pPr>
      <w:r>
        <w:rPr>
          <w:rFonts w:ascii="Calibri" w:hAnsi="Calibri" w:eastAsia="Calibri" w:cs="Calibri"/>
          <w:vanish w:val="0"/>
          <w:color w:val="000000"/>
        </w:rPr>
        <w:t>Final question</w:t>
      </w:r>
    </w:p>
    <w:p>
      <w:pPr>
        <w:pStyle w:val="ListBullet"/>
        <w:keepLines w:val="0"/>
        <w:pageBreakBefore w:val="0"/>
        <w:spacing w:after="60"/>
        <w:jc w:val="left"/>
      </w:pPr>
      <w:r>
        <w:rPr>
          <w:rFonts w:ascii="Calibri" w:hAnsi="Calibri" w:eastAsia="Calibri" w:cs="Calibri"/>
          <w:vanish w:val="0"/>
          <w:color w:val="000000"/>
        </w:rPr>
        <w:t>Is there a story from your life that you wish someone would ask you about?</w:t>
      </w:r>
    </w:p>
    <w:p>
      <w:pPr>
        <w:keepLines w:val="0"/>
        <w:pageBreakBefore w:val="0"/>
        <w:jc w:val="left"/>
      </w:pPr>
      <w:r>
        <w:rPr>
          <w:rFonts w:ascii="Calibri" w:hAnsi="Calibri" w:eastAsia="Calibri" w:cs="Calibri"/>
          <w:vanish w:val="0"/>
          <w:color w:val="000000"/>
        </w:rPr>
        <w:t>Make sure interviewees know that they may pass on any question and choose another. Encourage interviewers to listen carefully and ask natural follow-up questions, such as “What happened next?” or “How did that experience affect you?”</w:t>
      </w:r>
    </w:p>
    <w:p>
      <w:pPr>
        <w:keepLines w:val="0"/>
        <w:pageBreakBefore w:val="0"/>
        <w:jc w:val="left"/>
      </w:pPr>
      <w:r>
        <w:rPr>
          <w:rFonts w:ascii="Calibri" w:hAnsi="Calibri" w:eastAsia="Calibri" w:cs="Calibri"/>
          <w:vanish w:val="0"/>
          <w:color w:val="000000"/>
        </w:rPr>
        <w:t>Email Sharon Mager, smager@bcmd.org for more information.</w:t>
      </w:r>
    </w:p>
    <w:sectPr w:rsidR="00413FBD" w:rsidSect="00034616">
      <w:footerReference w:type="default" r:id="rId9"/>
      <w:headerReference w:type="default" r:id="rId12"/>
      <w:headerReference w:type="first" r:id="rId13"/>
      <w:headerReference w:type="even" r:id="rId14"/>
      <w:footerReference w:type="first" r:id="rId15"/>
      <w:footerReference w:type="even" r:id="rId16"/>
      <w:pgSz w:w="12240" w:h="15840"/>
      <w:pgMar w:top="936" w:right="1080" w:bottom="936" w:left="1080"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0062EF" w14:textId="77777777" w:rsidR="00DC3F6D" w:rsidRDefault="00DC3F6D">
      <w:pPr>
        <w:spacing w:after="0" w:line="240" w:lineRule="auto"/>
      </w:pPr>
      <w:r>
        <w:separator/>
      </w:r>
    </w:p>
  </w:endnote>
  <w:endnote w:type="continuationSeparator" w:id="0">
    <w:p w14:paraId="5A58D1BC" w14:textId="77777777" w:rsidR="00DC3F6D" w:rsidRDefault="00DC3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spacing w:after="0"/>
      <w:jc w:val="center"/>
    </w:pPr>
    <w:r>
      <w:rPr>
        <w:rFonts w:ascii="Calibri" w:hAnsi="Calibri"/>
        <w:sz w:val="18"/>
      </w:rPr>
      <w:t>A BCM/D Living Legacy Ministry Resource</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A38921" w14:textId="77777777" w:rsidR="00DC3F6D" w:rsidRDefault="00DC3F6D">
      <w:pPr>
        <w:spacing w:after="0" w:line="240" w:lineRule="auto"/>
      </w:pPr>
      <w:r>
        <w:separator/>
      </w:r>
    </w:p>
  </w:footnote>
  <w:footnote w:type="continuationSeparator" w:id="0">
    <w:p w14:paraId="4694B303" w14:textId="77777777" w:rsidR="00DC3F6D" w:rsidRDefault="00DC3F6D">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3372509">
    <w:abstractNumId w:val="8"/>
  </w:num>
  <w:num w:numId="2" w16cid:durableId="1684239737">
    <w:abstractNumId w:val="6"/>
  </w:num>
  <w:num w:numId="3" w16cid:durableId="765074016">
    <w:abstractNumId w:val="5"/>
  </w:num>
  <w:num w:numId="4" w16cid:durableId="1104810117">
    <w:abstractNumId w:val="4"/>
  </w:num>
  <w:num w:numId="5" w16cid:durableId="1168714706">
    <w:abstractNumId w:val="7"/>
  </w:num>
  <w:num w:numId="6" w16cid:durableId="1870099983">
    <w:abstractNumId w:val="3"/>
  </w:num>
  <w:num w:numId="7" w16cid:durableId="1777140368">
    <w:abstractNumId w:val="2"/>
  </w:num>
  <w:num w:numId="8" w16cid:durableId="2000037024">
    <w:abstractNumId w:val="1"/>
  </w:num>
  <w:num w:numId="9" w16cid:durableId="9394837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4299"/>
    <w:rsid w:val="0006063C"/>
    <w:rsid w:val="00123EFB"/>
    <w:rsid w:val="0015074B"/>
    <w:rsid w:val="00271ABF"/>
    <w:rsid w:val="0029639D"/>
    <w:rsid w:val="00326F90"/>
    <w:rsid w:val="00413FBD"/>
    <w:rsid w:val="00650BAB"/>
    <w:rsid w:val="0070167C"/>
    <w:rsid w:val="00AA1D8D"/>
    <w:rsid w:val="00B47730"/>
    <w:rsid w:val="00CB0664"/>
    <w:rsid w:val="00CF6898"/>
    <w:rsid w:val="00DC3F6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106034"/>
  <w14:defaultImageDpi w14:val="300"/>
  <w15:docId w15:val="{1200243B-E08A-A44C-A97E-29321CC1A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keepNext w:val="0"/>
      <w:keepLines w:val="0"/>
      <w:pageBreakBefore w:val="0"/>
      <w:spacing w:after="80" w:line="240" w:lineRule="auto"/>
    </w:pPr>
    <w:rPr>
      <w:rFonts w:ascii="Calibri" w:hAnsi="Calibri"/>
      <w:color w:val="000000"/>
      <w:sz w:val="22"/>
    </w:rPr>
  </w:style>
  <w:style w:type="paragraph" w:styleId="Heading1">
    <w:name w:val="heading 1"/>
    <w:basedOn w:val="Normal"/>
    <w:next w:val="Normal"/>
    <w:link w:val="Heading1Char"/>
    <w:uiPriority w:val="9"/>
    <w:qFormat/>
    <w:rsid w:val="00FC693F"/>
    <w:pPr>
      <w:keepNext/>
      <w:keepLines w:val="0"/>
      <w:pageBreakBefore w:val="0"/>
      <w:spacing w:before="140" w:after="80" w:line="252"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val="0"/>
      <w:pageBreakBefore w:val="0"/>
      <w:spacing w:before="140" w:after="80" w:line="252"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val="0"/>
      <w:keepLines w:val="0"/>
      <w:pageBreakBefore w:val="0"/>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val="0"/>
      <w:keepLines w:val="0"/>
      <w:pageBreakBefore w:val="0"/>
      <w:spacing w:before="200" w:after="0"/>
      <w:outlineLvl w:val="3"/>
    </w:pPr>
    <w:rPr>
      <w:rFonts w:asciiTheme="majorHAnsi" w:eastAsiaTheme="majorEastAsia" w:hAnsiTheme="majorHAnsi" w:cstheme="majorBidi" w:ascii="Calibri" w:hAnsi="Calibri"/>
      <w:b/>
      <w:bCs/>
      <w:i/>
      <w:iCs/>
      <w:color w:val="000000"/>
    </w:rPr>
  </w:style>
  <w:style w:type="paragraph" w:styleId="Heading5">
    <w:name w:val="heading 5"/>
    <w:basedOn w:val="Normal"/>
    <w:next w:val="Normal"/>
    <w:link w:val="Heading5Char"/>
    <w:uiPriority w:val="9"/>
    <w:semiHidden/>
    <w:unhideWhenUsed/>
    <w:qFormat/>
    <w:rsid w:val="00FC693F"/>
    <w:pPr>
      <w:keepNext w:val="0"/>
      <w:keepLines w:val="0"/>
      <w:pageBreakBefore w:val="0"/>
      <w:spacing w:before="200" w:after="0"/>
      <w:outlineLvl w:val="4"/>
    </w:pPr>
    <w:rPr>
      <w:rFonts w:asciiTheme="majorHAnsi" w:eastAsiaTheme="majorEastAsia" w:hAnsiTheme="majorHAnsi" w:cstheme="majorBidi" w:ascii="Calibri" w:hAnsi="Calibri"/>
      <w:color w:val="000000"/>
    </w:rPr>
  </w:style>
  <w:style w:type="paragraph" w:styleId="Heading6">
    <w:name w:val="heading 6"/>
    <w:basedOn w:val="Normal"/>
    <w:next w:val="Normal"/>
    <w:link w:val="Heading6Char"/>
    <w:uiPriority w:val="9"/>
    <w:semiHidden/>
    <w:unhideWhenUsed/>
    <w:qFormat/>
    <w:rsid w:val="00FC693F"/>
    <w:pPr>
      <w:keepNext w:val="0"/>
      <w:keepLines w:val="0"/>
      <w:pageBreakBefore w:val="0"/>
      <w:spacing w:before="200" w:after="0"/>
      <w:outlineLvl w:val="5"/>
    </w:pPr>
    <w:rPr>
      <w:rFonts w:asciiTheme="majorHAnsi" w:eastAsiaTheme="majorEastAsia" w:hAnsiTheme="majorHAnsi" w:cstheme="majorBidi" w:ascii="Calibri" w:hAnsi="Calibri"/>
      <w:i/>
      <w:iCs/>
      <w:color w:val="000000"/>
    </w:rPr>
  </w:style>
  <w:style w:type="paragraph" w:styleId="Heading7">
    <w:name w:val="heading 7"/>
    <w:basedOn w:val="Normal"/>
    <w:next w:val="Normal"/>
    <w:link w:val="Heading7Char"/>
    <w:uiPriority w:val="9"/>
    <w:semiHidden/>
    <w:unhideWhenUsed/>
    <w:qFormat/>
    <w:rsid w:val="00FC693F"/>
    <w:pPr>
      <w:keepNext w:val="0"/>
      <w:keepLines w:val="0"/>
      <w:pageBreakBefore w:val="0"/>
      <w:spacing w:before="200" w:after="0"/>
      <w:outlineLvl w:val="6"/>
    </w:pPr>
    <w:rPr>
      <w:rFonts w:asciiTheme="majorHAnsi" w:eastAsiaTheme="majorEastAsia" w:hAnsiTheme="majorHAnsi" w:cstheme="majorBidi" w:ascii="Calibri" w:hAnsi="Calibri"/>
      <w:i/>
      <w:iCs/>
      <w:color w:val="000000"/>
    </w:rPr>
  </w:style>
  <w:style w:type="paragraph" w:styleId="Heading8">
    <w:name w:val="heading 8"/>
    <w:basedOn w:val="Normal"/>
    <w:next w:val="Normal"/>
    <w:link w:val="Heading8Char"/>
    <w:uiPriority w:val="9"/>
    <w:semiHidden/>
    <w:unhideWhenUsed/>
    <w:qFormat/>
    <w:rsid w:val="00FC693F"/>
    <w:pPr>
      <w:keepNext w:val="0"/>
      <w:keepLines w:val="0"/>
      <w:pageBreakBefore w:val="0"/>
      <w:spacing w:before="200" w:after="0"/>
      <w:outlineLvl w:val="7"/>
    </w:pPr>
    <w:rPr>
      <w:rFonts w:asciiTheme="majorHAnsi" w:eastAsiaTheme="majorEastAsia" w:hAnsiTheme="majorHAnsi" w:cstheme="majorBidi" w:ascii="Calibri" w:hAnsi="Calibri"/>
      <w:color w:val="000000"/>
      <w:sz w:val="20"/>
      <w:szCs w:val="20"/>
    </w:rPr>
  </w:style>
  <w:style w:type="paragraph" w:styleId="Heading9">
    <w:name w:val="heading 9"/>
    <w:basedOn w:val="Normal"/>
    <w:next w:val="Normal"/>
    <w:link w:val="Heading9Char"/>
    <w:uiPriority w:val="9"/>
    <w:semiHidden/>
    <w:unhideWhenUsed/>
    <w:qFormat/>
    <w:rsid w:val="00FC693F"/>
    <w:pPr>
      <w:keepNext w:val="0"/>
      <w:keepLines w:val="0"/>
      <w:pageBreakBefore w:val="0"/>
      <w:spacing w:before="200" w:after="0"/>
      <w:outlineLvl w:val="8"/>
    </w:pPr>
    <w:rPr>
      <w:rFonts w:asciiTheme="majorHAnsi" w:eastAsiaTheme="majorEastAsia" w:hAnsiTheme="majorHAnsi" w:cstheme="majorBidi" w:ascii="Calibri" w:hAnsi="Calibri"/>
      <w:i/>
      <w:iCs/>
      <w:color w:val="000000"/>
      <w:sz w:val="20"/>
      <w:szCs w:val="20"/>
    </w:rPr>
  </w:style>
  <w:style w:type="character" w:default="1" w:styleId="DefaultParagraphFont">
    <w:name w:val="Default Paragraph Font"/>
    <w:uiPriority w:val="1"/>
    <w:semiHidden/>
    <w:unhideWhenUsed/>
    <w:rPr>
      <w:rFonts w:ascii="Calibri" w:hAnsi="Calibri"/>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keepNext w:val="0"/>
      <w:keepLines w:val="0"/>
      <w:pageBreakBefore w:val="0"/>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rPr>
      <w:rFonts w:ascii="Calibri" w:hAnsi="Calibri"/>
      <w:color w:val="000000"/>
    </w:rPr>
  </w:style>
  <w:style w:type="paragraph" w:styleId="Footer">
    <w:name w:val="footer"/>
    <w:basedOn w:val="Normal"/>
    <w:link w:val="FooterChar"/>
    <w:uiPriority w:val="99"/>
    <w:unhideWhenUsed/>
    <w:rsid w:val="00E618BF"/>
    <w:pPr>
      <w:keepNext w:val="0"/>
      <w:keepLines w:val="0"/>
      <w:pageBreakBefore w:val="0"/>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rPr>
      <w:rFonts w:ascii="Calibri" w:hAnsi="Calibri"/>
      <w:color w:val="000000"/>
    </w:rPr>
  </w:style>
  <w:style w:type="paragraph" w:styleId="NoSpacing">
    <w:name w:val="No Spacing"/>
    <w:uiPriority w:val="1"/>
    <w:qFormat/>
    <w:rsid w:val="00FC693F"/>
    <w:pPr>
      <w:keepNext w:val="0"/>
      <w:keepLines w:val="0"/>
      <w:pageBreakBefore w:val="0"/>
      <w:spacing w:after="0" w:line="240" w:lineRule="auto"/>
    </w:pPr>
    <w:rPr>
      <w:rFonts w:ascii="Calibri" w:hAnsi="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Calibri" w:hAnsi="Calibr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Calibri" w:hAnsi="Calibr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Calibri" w:hAnsi="Calibri"/>
      <w:b/>
      <w:bCs/>
      <w:color w:val="000000"/>
    </w:rPr>
  </w:style>
  <w:style w:type="paragraph" w:styleId="Title">
    <w:name w:val="Title"/>
    <w:basedOn w:val="Normal"/>
    <w:next w:val="Normal"/>
    <w:link w:val="TitleChar"/>
    <w:uiPriority w:val="10"/>
    <w:qFormat/>
    <w:rsid w:val="00FC693F"/>
    <w:pPr>
      <w:keepNext/>
      <w:keepLines w:val="0"/>
      <w:pageBreakBefore w:val="0"/>
      <w:spacing w:after="180" w:line="252"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Calibri" w:hAnsi="Calibri"/>
      <w:color w:val="000000"/>
      <w:spacing w:val="5"/>
      <w:kern w:val="28"/>
      <w:sz w:val="52"/>
      <w:szCs w:val="52"/>
    </w:rPr>
  </w:style>
  <w:style w:type="paragraph" w:styleId="Subtitle">
    <w:name w:val="Subtitle"/>
    <w:basedOn w:val="Normal"/>
    <w:next w:val="Normal"/>
    <w:link w:val="SubtitleChar"/>
    <w:uiPriority w:val="11"/>
    <w:qFormat/>
    <w:rsid w:val="00FC693F"/>
    <w:pPr>
      <w:keepNext w:val="0"/>
      <w:keepLines w:val="0"/>
      <w:pageBreakBefore w:val="0"/>
      <w:numPr>
        <w:ilvl w:val="1"/>
      </w:numPr>
      <w:spacing w:after="80" w:line="252" w:lineRule="auto"/>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Calibri" w:hAnsi="Calibri"/>
      <w:i/>
      <w:iCs/>
      <w:color w:val="000000"/>
      <w:spacing w:val="15"/>
      <w:sz w:val="24"/>
      <w:szCs w:val="24"/>
    </w:rPr>
  </w:style>
  <w:style w:type="paragraph" w:styleId="ListParagraph">
    <w:name w:val="List Paragraph"/>
    <w:basedOn w:val="Normal"/>
    <w:uiPriority w:val="34"/>
    <w:qFormat/>
    <w:rsid w:val="00FC693F"/>
    <w:pPr>
      <w:keepNext w:val="0"/>
      <w:keepLines w:val="0"/>
      <w:pageBreakBefore w:val="0"/>
      <w:ind w:left="720"/>
      <w:contextualSpacing/>
    </w:pPr>
    <w:rPr>
      <w:rFonts w:ascii="Calibri" w:hAnsi="Calibri"/>
      <w:color w:val="000000"/>
    </w:rPr>
  </w:style>
  <w:style w:type="paragraph" w:styleId="BodyText">
    <w:name w:val="Body Text"/>
    <w:basedOn w:val="Normal"/>
    <w:link w:val="BodyTextChar"/>
    <w:uiPriority w:val="99"/>
    <w:unhideWhenUsed/>
    <w:rsid w:val="00AA1D8D"/>
    <w:pPr>
      <w:keepNext w:val="0"/>
      <w:keepLines w:val="0"/>
      <w:pageBreakBefore w:val="0"/>
    </w:pPr>
    <w:rPr>
      <w:rFonts w:ascii="Calibri" w:hAnsi="Calibri"/>
      <w:color w:val="000000"/>
    </w:rPr>
  </w:style>
  <w:style w:type="character" w:customStyle="1" w:styleId="BodyTextChar">
    <w:name w:val="Body Text Char"/>
    <w:basedOn w:val="DefaultParagraphFont"/>
    <w:link w:val="BodyText"/>
    <w:uiPriority w:val="99"/>
    <w:rsid w:val="00AA1D8D"/>
    <w:rPr>
      <w:rFonts w:ascii="Calibri" w:hAnsi="Calibri"/>
      <w:color w:val="000000"/>
    </w:rPr>
  </w:style>
  <w:style w:type="paragraph" w:styleId="BodyText2">
    <w:name w:val="Body Text 2"/>
    <w:basedOn w:val="Normal"/>
    <w:link w:val="BodyText2Char"/>
    <w:uiPriority w:val="99"/>
    <w:unhideWhenUsed/>
    <w:rsid w:val="00AA1D8D"/>
    <w:pPr>
      <w:keepNext w:val="0"/>
      <w:keepLines w:val="0"/>
      <w:pageBreakBefore w:val="0"/>
      <w:spacing w:line="480" w:lineRule="auto"/>
    </w:pPr>
    <w:rPr>
      <w:rFonts w:ascii="Calibri" w:hAnsi="Calibri"/>
      <w:color w:val="000000"/>
    </w:rPr>
  </w:style>
  <w:style w:type="character" w:customStyle="1" w:styleId="BodyText2Char">
    <w:name w:val="Body Text 2 Char"/>
    <w:basedOn w:val="DefaultParagraphFont"/>
    <w:link w:val="BodyText2"/>
    <w:uiPriority w:val="99"/>
    <w:rsid w:val="00AA1D8D"/>
    <w:rPr>
      <w:rFonts w:ascii="Calibri" w:hAnsi="Calibri"/>
      <w:color w:val="000000"/>
    </w:rPr>
  </w:style>
  <w:style w:type="paragraph" w:styleId="BodyText3">
    <w:name w:val="Body Text 3"/>
    <w:basedOn w:val="Normal"/>
    <w:link w:val="BodyText3Char"/>
    <w:uiPriority w:val="99"/>
    <w:unhideWhenUsed/>
    <w:rsid w:val="00AA1D8D"/>
    <w:pPr>
      <w:keepNext w:val="0"/>
      <w:keepLines w:val="0"/>
      <w:pageBreakBefore w:val="0"/>
    </w:pPr>
    <w:rPr>
      <w:rFonts w:ascii="Calibri" w:hAnsi="Calibri"/>
      <w:color w:val="000000"/>
      <w:sz w:val="16"/>
      <w:szCs w:val="16"/>
    </w:rPr>
  </w:style>
  <w:style w:type="character" w:customStyle="1" w:styleId="BodyText3Char">
    <w:name w:val="Body Text 3 Char"/>
    <w:basedOn w:val="DefaultParagraphFont"/>
    <w:link w:val="BodyText3"/>
    <w:uiPriority w:val="99"/>
    <w:rsid w:val="00AA1D8D"/>
    <w:rPr>
      <w:rFonts w:ascii="Calibri" w:hAnsi="Calibri"/>
      <w:color w:val="000000"/>
      <w:sz w:val="16"/>
      <w:szCs w:val="16"/>
    </w:rPr>
  </w:style>
  <w:style w:type="paragraph" w:styleId="List">
    <w:name w:val="List"/>
    <w:basedOn w:val="Normal"/>
    <w:uiPriority w:val="99"/>
    <w:unhideWhenUsed/>
    <w:rsid w:val="00AA1D8D"/>
    <w:pPr>
      <w:keepNext w:val="0"/>
      <w:keepLines w:val="0"/>
      <w:pageBreakBefore w:val="0"/>
      <w:ind w:left="360" w:hanging="360"/>
      <w:contextualSpacing/>
    </w:pPr>
    <w:rPr>
      <w:rFonts w:ascii="Calibri" w:hAnsi="Calibri"/>
      <w:color w:val="000000"/>
    </w:rPr>
  </w:style>
  <w:style w:type="paragraph" w:styleId="List2">
    <w:name w:val="List 2"/>
    <w:basedOn w:val="Normal"/>
    <w:uiPriority w:val="99"/>
    <w:unhideWhenUsed/>
    <w:rsid w:val="00326F90"/>
    <w:pPr>
      <w:keepNext w:val="0"/>
      <w:keepLines w:val="0"/>
      <w:pageBreakBefore w:val="0"/>
      <w:ind w:left="720" w:hanging="360"/>
      <w:contextualSpacing/>
    </w:pPr>
    <w:rPr>
      <w:rFonts w:ascii="Calibri" w:hAnsi="Calibri"/>
      <w:color w:val="000000"/>
    </w:rPr>
  </w:style>
  <w:style w:type="paragraph" w:styleId="List3">
    <w:name w:val="List 3"/>
    <w:basedOn w:val="Normal"/>
    <w:uiPriority w:val="99"/>
    <w:unhideWhenUsed/>
    <w:rsid w:val="00326F90"/>
    <w:pPr>
      <w:keepNext w:val="0"/>
      <w:keepLines w:val="0"/>
      <w:pageBreakBefore w:val="0"/>
      <w:ind w:left="1080" w:hanging="360"/>
      <w:contextualSpacing/>
    </w:pPr>
    <w:rPr>
      <w:rFonts w:ascii="Calibri" w:hAnsi="Calibri"/>
      <w:color w:val="000000"/>
    </w:rPr>
  </w:style>
  <w:style w:type="paragraph" w:styleId="ListBullet">
    <w:name w:val="List Bullet"/>
    <w:basedOn w:val="Normal"/>
    <w:uiPriority w:val="99"/>
    <w:unhideWhenUsed/>
    <w:rsid w:val="00326F90"/>
    <w:pPr>
      <w:keepNext w:val="0"/>
      <w:keepLines w:val="0"/>
      <w:pageBreakBefore w:val="0"/>
      <w:numPr>
        <w:numId w:val="1"/>
      </w:numPr>
      <w:spacing w:after="80" w:line="252" w:lineRule="auto"/>
      <w:contextualSpacing/>
    </w:pPr>
    <w:rPr>
      <w:rFonts w:ascii="Calibri" w:hAnsi="Calibri"/>
      <w:color w:val="000000"/>
      <w:sz w:val="22"/>
    </w:rPr>
  </w:style>
  <w:style w:type="paragraph" w:styleId="ListBullet2">
    <w:name w:val="List Bullet 2"/>
    <w:basedOn w:val="Normal"/>
    <w:uiPriority w:val="99"/>
    <w:unhideWhenUsed/>
    <w:rsid w:val="00326F90"/>
    <w:pPr>
      <w:keepNext w:val="0"/>
      <w:keepLines w:val="0"/>
      <w:pageBreakBefore w:val="0"/>
      <w:numPr>
        <w:numId w:val="2"/>
      </w:numPr>
      <w:contextualSpacing/>
    </w:pPr>
    <w:rPr>
      <w:rFonts w:ascii="Calibri" w:hAnsi="Calibri"/>
      <w:color w:val="000000"/>
    </w:rPr>
  </w:style>
  <w:style w:type="paragraph" w:styleId="ListBullet3">
    <w:name w:val="List Bullet 3"/>
    <w:basedOn w:val="Normal"/>
    <w:uiPriority w:val="99"/>
    <w:unhideWhenUsed/>
    <w:rsid w:val="00326F90"/>
    <w:pPr>
      <w:keepNext w:val="0"/>
      <w:keepLines w:val="0"/>
      <w:pageBreakBefore w:val="0"/>
      <w:numPr>
        <w:numId w:val="3"/>
      </w:numPr>
      <w:contextualSpacing/>
    </w:pPr>
    <w:rPr>
      <w:rFonts w:ascii="Calibri" w:hAnsi="Calibri"/>
      <w:color w:val="000000"/>
    </w:rPr>
  </w:style>
  <w:style w:type="paragraph" w:styleId="ListNumber">
    <w:name w:val="List Number"/>
    <w:basedOn w:val="Normal"/>
    <w:uiPriority w:val="99"/>
    <w:unhideWhenUsed/>
    <w:rsid w:val="00326F90"/>
    <w:pPr>
      <w:keepNext w:val="0"/>
      <w:keepLines w:val="0"/>
      <w:pageBreakBefore w:val="0"/>
      <w:numPr>
        <w:numId w:val="5"/>
      </w:numPr>
      <w:contextualSpacing/>
    </w:pPr>
    <w:rPr>
      <w:rFonts w:ascii="Calibri" w:hAnsi="Calibri"/>
      <w:color w:val="000000"/>
    </w:rPr>
  </w:style>
  <w:style w:type="paragraph" w:styleId="ListNumber2">
    <w:name w:val="List Number 2"/>
    <w:basedOn w:val="Normal"/>
    <w:uiPriority w:val="99"/>
    <w:unhideWhenUsed/>
    <w:rsid w:val="0029639D"/>
    <w:pPr>
      <w:keepNext w:val="0"/>
      <w:keepLines w:val="0"/>
      <w:pageBreakBefore w:val="0"/>
      <w:numPr>
        <w:numId w:val="6"/>
      </w:numPr>
      <w:contextualSpacing/>
    </w:pPr>
    <w:rPr>
      <w:rFonts w:ascii="Calibri" w:hAnsi="Calibri"/>
      <w:color w:val="000000"/>
    </w:rPr>
  </w:style>
  <w:style w:type="paragraph" w:styleId="ListNumber3">
    <w:name w:val="List Number 3"/>
    <w:basedOn w:val="Normal"/>
    <w:uiPriority w:val="99"/>
    <w:unhideWhenUsed/>
    <w:rsid w:val="0029639D"/>
    <w:pPr>
      <w:keepNext w:val="0"/>
      <w:keepLines w:val="0"/>
      <w:pageBreakBefore w:val="0"/>
      <w:numPr>
        <w:numId w:val="7"/>
      </w:numPr>
      <w:contextualSpacing/>
    </w:pPr>
    <w:rPr>
      <w:rFonts w:ascii="Calibri" w:hAnsi="Calibri"/>
      <w:color w:val="000000"/>
    </w:rPr>
  </w:style>
  <w:style w:type="paragraph" w:styleId="ListContinue">
    <w:name w:val="List Continue"/>
    <w:basedOn w:val="Normal"/>
    <w:uiPriority w:val="99"/>
    <w:unhideWhenUsed/>
    <w:rsid w:val="0029639D"/>
    <w:pPr>
      <w:keepNext w:val="0"/>
      <w:keepLines w:val="0"/>
      <w:pageBreakBefore w:val="0"/>
      <w:ind w:left="360"/>
      <w:contextualSpacing/>
    </w:pPr>
    <w:rPr>
      <w:rFonts w:ascii="Calibri" w:hAnsi="Calibri"/>
      <w:color w:val="000000"/>
    </w:rPr>
  </w:style>
  <w:style w:type="paragraph" w:styleId="ListContinue2">
    <w:name w:val="List Continue 2"/>
    <w:basedOn w:val="Normal"/>
    <w:uiPriority w:val="99"/>
    <w:unhideWhenUsed/>
    <w:rsid w:val="0029639D"/>
    <w:pPr>
      <w:keepNext w:val="0"/>
      <w:keepLines w:val="0"/>
      <w:pageBreakBefore w:val="0"/>
      <w:ind w:left="720"/>
      <w:contextualSpacing/>
    </w:pPr>
    <w:rPr>
      <w:rFonts w:ascii="Calibri" w:hAnsi="Calibri"/>
      <w:color w:val="000000"/>
    </w:rPr>
  </w:style>
  <w:style w:type="paragraph" w:styleId="ListContinue3">
    <w:name w:val="List Continue 3"/>
    <w:basedOn w:val="Normal"/>
    <w:uiPriority w:val="99"/>
    <w:unhideWhenUsed/>
    <w:rsid w:val="0029639D"/>
    <w:pPr>
      <w:keepNext w:val="0"/>
      <w:keepLines w:val="0"/>
      <w:pageBreakBefore w:val="0"/>
      <w:ind w:left="1080"/>
      <w:contextualSpacing/>
    </w:pPr>
    <w:rPr>
      <w:rFonts w:ascii="Calibri" w:hAnsi="Calibri"/>
      <w:color w:val="000000"/>
    </w:rPr>
  </w:style>
  <w:style w:type="paragraph" w:styleId="MacroText">
    <w:name w:val="macro"/>
    <w:link w:val="MacroTextChar"/>
    <w:uiPriority w:val="99"/>
    <w:unhideWhenUsed/>
    <w:rsid w:val="0029639D"/>
    <w:pPr>
      <w:keepNext w:val="0"/>
      <w:keepLines w:val="0"/>
      <w:pageBreakBefore w:val="0"/>
      <w:tabs>
        <w:tab w:val="left" w:pos="576"/>
        <w:tab w:val="left" w:pos="1152"/>
        <w:tab w:val="left" w:pos="1728"/>
        <w:tab w:val="left" w:pos="2304"/>
        <w:tab w:val="left" w:pos="2880"/>
        <w:tab w:val="left" w:pos="3456"/>
        <w:tab w:val="left" w:pos="4032"/>
      </w:tabs>
    </w:pPr>
    <w:rPr>
      <w:rFonts w:ascii="Calibri" w:hAnsi="Calibri"/>
      <w:color w:val="000000"/>
      <w:sz w:val="20"/>
      <w:szCs w:val="20"/>
    </w:rPr>
  </w:style>
  <w:style w:type="character" w:customStyle="1" w:styleId="MacroTextChar">
    <w:name w:val="Macro Text Char"/>
    <w:basedOn w:val="DefaultParagraphFont"/>
    <w:link w:val="MacroText"/>
    <w:uiPriority w:val="99"/>
    <w:rsid w:val="0029639D"/>
    <w:rPr>
      <w:rFonts w:ascii="Calibri" w:hAnsi="Calibri"/>
      <w:color w:val="000000"/>
      <w:sz w:val="20"/>
      <w:szCs w:val="20"/>
    </w:rPr>
  </w:style>
  <w:style w:type="paragraph" w:styleId="Quote">
    <w:name w:val="Quote"/>
    <w:basedOn w:val="Normal"/>
    <w:next w:val="Normal"/>
    <w:link w:val="QuoteChar"/>
    <w:uiPriority w:val="29"/>
    <w:qFormat/>
    <w:rsid w:val="00FC693F"/>
    <w:pPr>
      <w:keepNext w:val="0"/>
      <w:keepLines w:val="0"/>
      <w:pageBreakBefore w:val="0"/>
    </w:pPr>
    <w:rPr>
      <w:rFonts w:ascii="Calibri" w:hAnsi="Calibri"/>
      <w:i/>
      <w:iCs/>
      <w:color w:val="000000"/>
    </w:rPr>
  </w:style>
  <w:style w:type="character" w:customStyle="1" w:styleId="QuoteChar">
    <w:name w:val="Quote Char"/>
    <w:basedOn w:val="DefaultParagraphFont"/>
    <w:link w:val="Quote"/>
    <w:uiPriority w:val="29"/>
    <w:rsid w:val="00FC693F"/>
    <w:rPr>
      <w:rFonts w:ascii="Calibri" w:hAnsi="Calibri"/>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Calibri" w:hAnsi="Calibr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Calibri" w:hAnsi="Calibr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Calibri" w:hAnsi="Calibr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Calibri" w:hAnsi="Calibr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Calibri" w:hAnsi="Calibr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Calibri" w:hAnsi="Calibri"/>
      <w:i/>
      <w:iCs/>
      <w:color w:val="000000"/>
      <w:sz w:val="20"/>
      <w:szCs w:val="20"/>
    </w:rPr>
  </w:style>
  <w:style w:type="paragraph" w:styleId="Caption">
    <w:name w:val="caption"/>
    <w:basedOn w:val="Normal"/>
    <w:next w:val="Normal"/>
    <w:uiPriority w:val="35"/>
    <w:semiHidden/>
    <w:unhideWhenUsed/>
    <w:qFormat/>
    <w:rsid w:val="00FC693F"/>
    <w:pPr>
      <w:keepNext w:val="0"/>
      <w:keepLines w:val="0"/>
      <w:pageBreakBefore w:val="0"/>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rFonts w:ascii="Calibri" w:hAnsi="Calibri"/>
      <w:b/>
      <w:bCs/>
      <w:color w:val="000000"/>
    </w:rPr>
  </w:style>
  <w:style w:type="character" w:styleId="Emphasis">
    <w:name w:val="Emphasis"/>
    <w:basedOn w:val="DefaultParagraphFont"/>
    <w:uiPriority w:val="20"/>
    <w:qFormat/>
    <w:rsid w:val="00FC693F"/>
    <w:rPr>
      <w:rFonts w:ascii="Calibri" w:hAnsi="Calibri"/>
      <w:i/>
      <w:iCs/>
      <w:color w:val="000000"/>
    </w:rPr>
  </w:style>
  <w:style w:type="paragraph" w:styleId="IntenseQuote">
    <w:name w:val="Intense Quote"/>
    <w:basedOn w:val="Normal"/>
    <w:next w:val="Normal"/>
    <w:link w:val="IntenseQuoteChar"/>
    <w:uiPriority w:val="30"/>
    <w:qFormat/>
    <w:rsid w:val="00FC693F"/>
    <w:pPr>
      <w:keepNext w:val="0"/>
      <w:keepLines w:val="0"/>
      <w:pageBreakBefore w:val="0"/>
      <w:spacing w:before="200" w:after="280"/>
      <w:ind w:left="936" w:right="936"/>
    </w:pPr>
    <w:rPr>
      <w:rFonts w:ascii="Calibri" w:hAnsi="Calibri"/>
      <w:b/>
      <w:bCs/>
      <w:i/>
      <w:iCs/>
      <w:color w:val="000000"/>
    </w:rPr>
  </w:style>
  <w:style w:type="character" w:customStyle="1" w:styleId="IntenseQuoteChar">
    <w:name w:val="Intense Quote Char"/>
    <w:basedOn w:val="DefaultParagraphFont"/>
    <w:link w:val="IntenseQuote"/>
    <w:uiPriority w:val="30"/>
    <w:rsid w:val="00FC693F"/>
    <w:rPr>
      <w:rFonts w:ascii="Calibri" w:hAnsi="Calibri"/>
      <w:b/>
      <w:bCs/>
      <w:i/>
      <w:iCs/>
      <w:color w:val="000000"/>
    </w:rPr>
  </w:style>
  <w:style w:type="character" w:styleId="SubtleEmphasis">
    <w:name w:val="Subtle Emphasis"/>
    <w:basedOn w:val="DefaultParagraphFont"/>
    <w:uiPriority w:val="19"/>
    <w:qFormat/>
    <w:rsid w:val="00FC693F"/>
    <w:rPr>
      <w:rFonts w:ascii="Calibri" w:hAnsi="Calibri"/>
      <w:i/>
      <w:iCs/>
      <w:color w:val="000000"/>
    </w:rPr>
  </w:style>
  <w:style w:type="character" w:styleId="IntenseEmphasis">
    <w:name w:val="Intense Emphasis"/>
    <w:basedOn w:val="DefaultParagraphFont"/>
    <w:uiPriority w:val="21"/>
    <w:qFormat/>
    <w:rsid w:val="00FC693F"/>
    <w:rPr>
      <w:rFonts w:ascii="Calibri" w:hAnsi="Calibri"/>
      <w:b/>
      <w:bCs/>
      <w:i/>
      <w:iCs/>
      <w:color w:val="000000"/>
    </w:rPr>
  </w:style>
  <w:style w:type="character" w:styleId="SubtleReference">
    <w:name w:val="Subtle Reference"/>
    <w:basedOn w:val="DefaultParagraphFont"/>
    <w:uiPriority w:val="31"/>
    <w:qFormat/>
    <w:rsid w:val="00FC693F"/>
    <w:rPr>
      <w:rFonts w:ascii="Calibri" w:hAnsi="Calibri"/>
      <w:smallCaps/>
      <w:color w:val="000000"/>
      <w:u w:val="single"/>
    </w:rPr>
  </w:style>
  <w:style w:type="character" w:styleId="IntenseReference">
    <w:name w:val="Intense Reference"/>
    <w:basedOn w:val="DefaultParagraphFont"/>
    <w:uiPriority w:val="32"/>
    <w:qFormat/>
    <w:rsid w:val="00FC693F"/>
    <w:rPr>
      <w:rFonts w:ascii="Calibri" w:hAnsi="Calibri"/>
      <w:b/>
      <w:bCs/>
      <w:smallCaps/>
      <w:color w:val="000000"/>
      <w:spacing w:val="5"/>
      <w:u w:val="single"/>
    </w:rPr>
  </w:style>
  <w:style w:type="character" w:styleId="BookTitle">
    <w:name w:val="Book Title"/>
    <w:basedOn w:val="DefaultParagraphFont"/>
    <w:uiPriority w:val="33"/>
    <w:qFormat/>
    <w:rsid w:val="00FC693F"/>
    <w:rPr>
      <w:rFonts w:ascii="Calibri" w:hAnsi="Calibri"/>
      <w:b/>
      <w:bCs/>
      <w:smallCaps/>
      <w:color w:val="000000"/>
      <w:spacing w:val="5"/>
    </w:rPr>
  </w:style>
  <w:style w:type="paragraph" w:styleId="TOCHeading">
    <w:name w:val="TOC Heading"/>
    <w:basedOn w:val="Heading1"/>
    <w:next w:val="Normal"/>
    <w:uiPriority w:val="39"/>
    <w:semiHidden/>
    <w:unhideWhenUsed/>
    <w:qFormat/>
    <w:rsid w:val="00FC693F"/>
    <w:pPr>
      <w:keepNext w:val="0"/>
      <w:keepLines w:val="0"/>
      <w:pageBreakBefore w:val="0"/>
      <w:outlineLvl w:val="9"/>
    </w:pPr>
    <w:rPr>
      <w:rFonts w:ascii="Calibri" w:hAnsi="Calibri"/>
      <w:color w:val="000000"/>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23EFB"/>
    <w:rPr>
      <w:rFonts w:ascii="Calibri" w:hAnsi="Calibri"/>
      <w:color w:val="000000"/>
      <w:u w:val="single"/>
    </w:rPr>
  </w:style>
  <w:style w:type="character" w:styleId="UnresolvedMention">
    <w:name w:val="Unresolved Mention"/>
    <w:basedOn w:val="DefaultParagraphFont"/>
    <w:uiPriority w:val="99"/>
    <w:semiHidden/>
    <w:unhideWhenUsed/>
    <w:rsid w:val="00123EFB"/>
    <w:rPr>
      <w:rFonts w:ascii="Calibri" w:hAnsi="Calibri"/>
      <w:color w:val="000000"/>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yer@bcmd.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header" Target="header3.xml"/><Relationship Id="rId15" Type="http://schemas.openxmlformats.org/officeDocument/2006/relationships/footer" Target="footer2.xml"/><Relationship Id="rId16" Type="http://schemas.openxmlformats.org/officeDocument/2006/relationships/footer" Target="footer3.xml"/><Relationship Id="rId1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1496</Words>
  <Characters>8529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Start a Senior Adult Ministry</dc:title>
  <dc:subject/>
  <dc:creator>Living Legacy | BCM/D Senior Adult Ministry</dc:creator>
  <cp:keywords/>
  <dc:description>generated by python-docx</dc:description>
  <cp:lastModifiedBy>Sharon Mager</cp:lastModifiedBy>
  <cp:revision>3</cp:revision>
  <dcterms:created xsi:type="dcterms:W3CDTF">2026-10-07T21:34:00Z</dcterms:created>
  <dcterms:modified xsi:type="dcterms:W3CDTF">2026-10-14T18:35:00Z</dcterms:modified>
  <cp:category/>
</cp:coreProperties>
</file>